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9BE" w:rsidRDefault="00A01DA0">
      <w:pPr>
        <w:shd w:val="clear" w:color="auto" w:fill="174D57"/>
        <w:spacing w:after="200"/>
        <w:jc w:val="center"/>
      </w:pPr>
      <w:r>
        <w:rPr>
          <w:noProof/>
          <w:lang w:val="es-CL" w:eastAsia="es-CL"/>
        </w:rPr>
        <w:drawing>
          <wp:inline distT="0" distB="0" distL="0" distR="0">
            <wp:extent cx="2743200" cy="6752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y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7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9BE" w:rsidRPr="004F46CE" w:rsidRDefault="00A01DA0">
      <w:pPr>
        <w:pStyle w:val="Ttulo"/>
        <w:pBdr>
          <w:bottom w:val="nil"/>
        </w:pBdr>
        <w:spacing w:after="160"/>
        <w:jc w:val="center"/>
        <w:rPr>
          <w:lang w:val="es-CL"/>
        </w:rPr>
      </w:pPr>
      <w:r w:rsidRPr="004F46CE">
        <w:rPr>
          <w:sz w:val="40"/>
          <w:lang w:val="es-CL"/>
        </w:rPr>
        <w:t>Datos del autor(a)</w:t>
      </w:r>
    </w:p>
    <w:p w:rsidR="004F46CE" w:rsidRDefault="004F46CE">
      <w:pPr>
        <w:spacing w:after="200"/>
        <w:rPr>
          <w:lang w:val="es-CL"/>
        </w:rPr>
      </w:pPr>
    </w:p>
    <w:p w:rsidR="002E69BE" w:rsidRPr="004F46CE" w:rsidRDefault="00A01DA0">
      <w:pPr>
        <w:spacing w:after="200"/>
        <w:rPr>
          <w:lang w:val="es-CL"/>
        </w:rPr>
      </w:pPr>
      <w:r w:rsidRPr="004F46CE">
        <w:rPr>
          <w:lang w:val="es-CL"/>
        </w:rPr>
        <w:t>Complete esta ficha y adjúntela por separado del manuscrito anonimizado. En trabajos con varias personas autoras, complete una ficha por persona e indique el orden de firma en Información adicional.</w:t>
      </w:r>
    </w:p>
    <w:p w:rsidR="004F46CE" w:rsidRPr="004F46CE" w:rsidRDefault="004F46CE">
      <w:pPr>
        <w:spacing w:after="200"/>
        <w:rPr>
          <w:lang w:val="es-CL"/>
        </w:rPr>
      </w:pP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Título del manuscrito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Nombre completo</w:t>
      </w:r>
      <w:r w:rsidRPr="004F46CE">
        <w:rPr>
          <w:color w:val="555555"/>
          <w:sz w:val="20"/>
          <w:lang w:val="es-CL"/>
        </w:rPr>
        <w:br/>
        <w:t>Escriba su nombre en la forma que desea utilizar en la publicación.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Grado académico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Filiación institucional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Número ORCID</w:t>
      </w:r>
      <w:r w:rsidRPr="004F46CE">
        <w:rPr>
          <w:color w:val="555555"/>
          <w:sz w:val="20"/>
          <w:lang w:val="es-CL"/>
        </w:rPr>
        <w:br/>
        <w:t>Preferentemente como enlace completo: https://orcid.org/0000-0000-0000-0000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Correo electrónico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Breve reseña académica</w:t>
      </w:r>
      <w:r w:rsidRPr="004F46CE">
        <w:rPr>
          <w:color w:val="555555"/>
          <w:sz w:val="20"/>
          <w:lang w:val="es-CL"/>
        </w:rPr>
        <w:br/>
        <w:t>Máximo 150 palabras por persona.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Financiamiento de la investigación</w:t>
      </w:r>
      <w:r w:rsidRPr="004F46CE">
        <w:rPr>
          <w:color w:val="555555"/>
          <w:sz w:val="20"/>
          <w:lang w:val="es-CL"/>
        </w:rPr>
        <w:br/>
        <w:t>Si corresponde, indique entidad financiadora, nombre del proyecto y número o código.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Texto de financiamiento para la publicación</w:t>
      </w:r>
      <w:r w:rsidRPr="004F46CE">
        <w:rPr>
          <w:color w:val="555555"/>
          <w:sz w:val="20"/>
          <w:lang w:val="es-CL"/>
        </w:rPr>
        <w:br/>
        <w:t>Escriba la declaración que debe incorporarse en el artículo. Si no corresponde, indique «No aplica».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p w:rsidR="002E69BE" w:rsidRPr="004F46CE" w:rsidRDefault="00A01DA0">
      <w:pPr>
        <w:keepNext/>
        <w:spacing w:before="60" w:after="40"/>
        <w:rPr>
          <w:lang w:val="es-CL"/>
        </w:rPr>
      </w:pPr>
      <w:r w:rsidRPr="004F46CE">
        <w:rPr>
          <w:b/>
          <w:lang w:val="es-CL"/>
        </w:rPr>
        <w:t>Información adicional</w:t>
      </w:r>
      <w:r w:rsidRPr="004F46CE">
        <w:rPr>
          <w:color w:val="555555"/>
          <w:sz w:val="20"/>
          <w:lang w:val="es-CL"/>
        </w:rPr>
        <w:br/>
        <w:t>Por ejemplo: orden de firma o autor(a) de correspondencia</w:t>
      </w:r>
      <w:r w:rsidR="00305772">
        <w:rPr>
          <w:color w:val="555555"/>
          <w:sz w:val="20"/>
          <w:lang w:val="es-CL"/>
        </w:rPr>
        <w:t xml:space="preserve"> u otra</w:t>
      </w:r>
      <w:r w:rsidRPr="004F46CE">
        <w:rPr>
          <w:color w:val="555555"/>
          <w:sz w:val="20"/>
          <w:lang w:val="es-CL"/>
        </w:rPr>
        <w:t>.</w:t>
      </w:r>
      <w:bookmarkStart w:id="0" w:name="_GoBack"/>
      <w:bookmarkEnd w:id="0"/>
    </w:p>
    <w:p w:rsidR="002E69BE" w:rsidRPr="004F46CE" w:rsidRDefault="00A01DA0">
      <w:pPr>
        <w:pBdr>
          <w:bottom w:val="single" w:sz="4" w:space="0" w:color="D9D9D9"/>
        </w:pBdr>
        <w:spacing w:after="60" w:line="280" w:lineRule="exact"/>
        <w:rPr>
          <w:lang w:val="es-CL"/>
        </w:rPr>
      </w:pPr>
      <w:r w:rsidRPr="004F46CE">
        <w:rPr>
          <w:lang w:val="es-CL"/>
        </w:rPr>
        <w:t xml:space="preserve"> </w:t>
      </w:r>
    </w:p>
    <w:sectPr w:rsidR="002E69BE" w:rsidRPr="004F46CE" w:rsidSect="00034616">
      <w:footerReference w:type="default" r:id="rId9"/>
      <w:pgSz w:w="12240" w:h="15840"/>
      <w:pgMar w:top="936" w:right="1224" w:bottom="864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69F7" w:rsidRDefault="00BF69F7">
      <w:pPr>
        <w:spacing w:after="0" w:line="240" w:lineRule="auto"/>
      </w:pPr>
      <w:r>
        <w:separator/>
      </w:r>
    </w:p>
  </w:endnote>
  <w:endnote w:type="continuationSeparator" w:id="0">
    <w:p w:rsidR="00BF69F7" w:rsidRDefault="00BF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9BE" w:rsidRPr="004F46CE" w:rsidRDefault="00A01DA0">
    <w:pPr>
      <w:pStyle w:val="Piedepgina"/>
      <w:jc w:val="center"/>
      <w:rPr>
        <w:lang w:val="es-CL"/>
      </w:rPr>
    </w:pPr>
    <w:r w:rsidRPr="004F46CE">
      <w:rPr>
        <w:color w:val="555555"/>
        <w:sz w:val="18"/>
        <w:lang w:val="es-CL"/>
      </w:rPr>
      <w:t>Revista Palabra y Razón · Universidad Católica del Maule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69F7" w:rsidRDefault="00BF69F7">
      <w:pPr>
        <w:spacing w:after="0" w:line="240" w:lineRule="auto"/>
      </w:pPr>
      <w:r>
        <w:separator/>
      </w:r>
    </w:p>
  </w:footnote>
  <w:footnote w:type="continuationSeparator" w:id="0">
    <w:p w:rsidR="00BF69F7" w:rsidRDefault="00BF6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E69BE"/>
    <w:rsid w:val="00305772"/>
    <w:rsid w:val="00326F90"/>
    <w:rsid w:val="004F46CE"/>
    <w:rsid w:val="00A01DA0"/>
    <w:rsid w:val="00AA1D8D"/>
    <w:rsid w:val="00B47730"/>
    <w:rsid w:val="00BF69F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53BB1"/>
  <w14:defaultImageDpi w14:val="300"/>
  <w15:docId w15:val="{03FACAE6-7186-47F7-99E8-5EA2B0F4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Garamond" w:hAnsi="Garamond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F05EA7-E7FD-41DB-BB94-D07719933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Datos del autor(a)</dc:title>
  <dc:subject/>
  <dc:creator>Revista Palabra y Razón</dc:creator>
  <cp:keywords/>
  <dc:description>generated by python-docx</dc:description>
  <cp:lastModifiedBy>Gonzalo G. Núñez Erices</cp:lastModifiedBy>
  <cp:revision>3</cp:revision>
  <dcterms:created xsi:type="dcterms:W3CDTF">2013-12-23T23:15:00Z</dcterms:created>
  <dcterms:modified xsi:type="dcterms:W3CDTF">2026-10-05T15:19:00Z</dcterms:modified>
  <cp:category/>
</cp:coreProperties>
</file>